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Tyler Eveland</w:t>
      </w:r>
    </w:p>
    <w:p>
      <w:pPr>
        <w:pStyle w:val="Subtitle"/>
        <w:widowControl/>
      </w:pPr>
      <w:r>
        <w:t>AI Process Engineer | Applied AI and workflow automation</w:t>
      </w:r>
    </w:p>
    <w:p>
      <w:pPr>
        <w:widowControl/>
      </w:pPr>
      <w:r>
        <w:rPr>
          <w:sz w:val="18"/>
        </w:rPr>
        <w:t>Mt. Sterling, Illinois | Remote US | U.S. citizen | j.tyler.eveland@gmail.com | 970-306-2417</w:t>
      </w:r>
    </w:p>
    <w:p>
      <w:pPr>
        <w:widowControl/>
      </w:pPr>
      <w:r>
        <w:rPr>
          <w:sz w:val="18"/>
        </w:rPr>
        <w:t>tylereveland.com | github.com/Evilander | linkedin.com/in/tyler-eveland</w:t>
      </w:r>
    </w:p>
    <w:p>
      <w:pPr>
        <w:pStyle w:val="Heading1"/>
        <w:widowControl/>
      </w:pPr>
      <w:r>
        <w:t>Summary</w:t>
      </w:r>
    </w:p>
    <w:p>
      <w:pPr>
        <w:widowControl/>
      </w:pPr>
      <w:r>
        <w:t>I turn manual operations into software people use, then keep it running. At Adams County I am the only technical contact for five departments, including the Sheriff's office, the jail, and the Health Department, and I have replaced vendor software there with systems I wrote and still maintain. Two years of LLM evaluation at Outlier shaped how I build: consequential decisions go behind explicit review gates. On my own time I ship tested open source, including a Logic Pro file-format decoder built with no public spec.</w:t>
      </w:r>
    </w:p>
    <w:p>
      <w:pPr>
        <w:pStyle w:val="Heading1"/>
        <w:widowControl/>
      </w:pPr>
      <w:r>
        <w:t>Technical Skills</w:t>
      </w:r>
    </w:p>
    <w:p>
      <w:pPr>
        <w:widowControl/>
      </w:pPr>
      <w:r>
        <w:t>Process engineering: Workflow discovery, requirements gathering, stakeholder training, operational support</w:t>
      </w:r>
    </w:p>
    <w:p>
      <w:pPr>
        <w:widowControl/>
      </w:pPr>
      <w:r>
        <w:t>Applied AI: LLM APIs, agents and tool use, Model Context Protocol (MCP), retrieval-augmented generation (RAG), embeddings, vector and hybrid search, evaluation sets, human-in-the-loop workflows</w:t>
      </w:r>
    </w:p>
    <w:p>
      <w:pPr>
        <w:widowControl/>
      </w:pPr>
      <w:r>
        <w:t>Development: Python, TypeScript, JavaScript, SQL, PowerShell, Bash, React, Next.js, FastAPI, Node.js, Electron</w:t>
      </w:r>
    </w:p>
    <w:p>
      <w:pPr>
        <w:widowControl/>
      </w:pPr>
      <w:r>
        <w:t>Data and delivery: PostgreSQL, pgvector, SQLite, SQL Server, IBM Db2 migration, n8n, REST APIs, automated testing (pytest, Vitest, node:test), GitHub Actions CI, Docker, Git</w:t>
      </w:r>
    </w:p>
    <w:p>
      <w:pPr>
        <w:pStyle w:val="Heading1"/>
        <w:widowControl/>
      </w:pPr>
      <w:r>
        <w:t>Professional Experience</w:t>
      </w:r>
    </w:p>
    <w:p>
      <w:pPr>
        <w:pStyle w:val="Heading2"/>
        <w:widowControl/>
      </w:pPr>
      <w:r>
        <w:t>Hardware Administrator &amp; Project Manager | Adams County Government</w:t>
      </w:r>
    </w:p>
    <w:p>
      <w:pPr>
        <w:widowControl/>
      </w:pPr>
      <w:r>
        <w:rPr>
          <w:sz w:val="18"/>
        </w:rPr>
        <w:t>Quincy, Illinois | 2024 - Present</w:t>
      </w:r>
    </w:p>
    <w:p>
      <w:pPr>
        <w:pStyle w:val="ListBullet"/>
        <w:widowControl/>
      </w:pPr>
      <w:r>
        <w:t>Built retrieval search over county procedures and install guides: staff ask in plain English and get the source passage back. Turned a five-minute document hunt into seconds; the IT team adopted it as its default reference with no mandate behind it.</w:t>
      </w:r>
    </w:p>
    <w:p>
      <w:pPr>
        <w:pStyle w:val="ListBullet"/>
        <w:widowControl/>
      </w:pPr>
      <w:r>
        <w:t>Built and maintain the jail bed-audit system and the Sheriff's daily-notes app. Replaced a paid sign-in/out product used by Probation and Health with an internal application.</w:t>
      </w:r>
    </w:p>
    <w:p>
      <w:pPr>
        <w:pStyle w:val="ListBullet"/>
        <w:widowControl/>
      </w:pPr>
      <w:r>
        <w:t>Built a YOLO computer-vision pipeline that auto-redacts faces and plates in FOIA video before staff review.</w:t>
      </w:r>
    </w:p>
    <w:p>
      <w:pPr>
        <w:pStyle w:val="ListBullet"/>
        <w:widowControl/>
      </w:pPr>
      <w:r>
        <w:t>Built a Db2-to-SQL pipeline that copied the county's entire IBM Db2 records database before an RMS/CAD vendor transition, when no vendor backup would be ready in time. Coordinated the cutover across both vendors and every deputy's in-vehicle terminal.</w:t>
      </w:r>
    </w:p>
    <w:p>
      <w:pPr>
        <w:pStyle w:val="ListBullet"/>
        <w:widowControl/>
      </w:pPr>
      <w:r>
        <w:t>Automated onboarding, role changes, and offboarding across Active Directory and Microsoft 365, plus County Clerk payment logging, file-integrity checks, and daily CISA alert emails.</w:t>
      </w:r>
    </w:p>
    <w:p>
      <w:pPr>
        <w:pStyle w:val="ListBullet"/>
        <w:widowControl/>
      </w:pPr>
      <w:r>
        <w:t>Wrote a one-step installer that cut RMS installation on deputies' in-vehicle terminals from hours to minutes.</w:t>
      </w:r>
    </w:p>
    <w:p>
      <w:pPr>
        <w:pStyle w:val="ListBullet"/>
        <w:widowControl/>
      </w:pPr>
      <w:r>
        <w:t>Run the county's state security audits through remediation and reporting. Remediated the Health Department's device fleet after a HIPAA audit in July 2026.</w:t>
      </w:r>
    </w:p>
    <w:p>
      <w:pPr>
        <w:pStyle w:val="Heading2"/>
        <w:widowControl/>
      </w:pPr>
      <w:r>
        <w:t>AI Training Contractor | Outlier</w:t>
      </w:r>
    </w:p>
    <w:p>
      <w:pPr>
        <w:widowControl/>
      </w:pPr>
      <w:r>
        <w:rPr>
          <w:sz w:val="18"/>
        </w:rPr>
        <w:t>Remote | 2023 - 2025</w:t>
      </w:r>
    </w:p>
    <w:p>
      <w:pPr>
        <w:pStyle w:val="ListBullet"/>
        <w:widowControl/>
      </w:pPr>
      <w:r>
        <w:t>Wrote and reviewed coding and reasoning tasks used to train and evaluate frontier language models. Ranked model responses against rubrics for correctness and instruction following.</w:t>
      </w:r>
    </w:p>
    <w:p>
      <w:pPr>
        <w:pStyle w:val="Heading2"/>
        <w:widowControl/>
      </w:pPr>
      <w:r>
        <w:t>Independent Developer | Eveland Digital</w:t>
      </w:r>
    </w:p>
    <w:p>
      <w:pPr>
        <w:widowControl/>
      </w:pPr>
      <w:r>
        <w:rPr>
          <w:sz w:val="18"/>
        </w:rPr>
        <w:t>Remote, part-time | 2026 - Present</w:t>
      </w:r>
    </w:p>
    <w:p>
      <w:pPr>
        <w:pStyle w:val="ListBullet"/>
        <w:widowControl/>
      </w:pPr>
      <w:r>
        <w:t>Built a Next.js/TypeScript CRM for a home-service contractor that connects quote intake to proposal generation and lead follow-up. Live for a paying client since July 2026.</w:t>
      </w:r>
    </w:p>
    <w:p>
      <w:r>
        <w:br w:type="page"/>
      </w:r>
    </w:p>
    <w:p>
      <w:pPr>
        <w:pStyle w:val="Subtitle"/>
        <w:widowControl/>
      </w:pPr>
      <w:r>
        <w:t>Tyler Eveland | AI Process Engineer</w:t>
      </w:r>
    </w:p>
    <w:p>
      <w:pPr>
        <w:pStyle w:val="Heading1"/>
        <w:widowControl/>
      </w:pPr>
      <w:r>
        <w:t>Selected Projects</w:t>
      </w:r>
    </w:p>
    <w:p>
      <w:pPr>
        <w:pStyle w:val="Heading2"/>
        <w:widowControl/>
      </w:pPr>
      <w:r>
        <w:t>Ticket Copilot</w:t>
      </w:r>
    </w:p>
    <w:p>
      <w:pPr>
        <w:widowControl/>
      </w:pPr>
      <w:r>
        <w:rPr>
          <w:sz w:val="18"/>
        </w:rPr>
        <w:t>Support-ticket triage workflow | n8n, JavaScript, LLM APIs</w:t>
      </w:r>
    </w:p>
    <w:p>
      <w:pPr>
        <w:pStyle w:val="ListBullet"/>
        <w:widowControl/>
      </w:pPr>
      <w:r>
        <w:t>Classifies each ticket and drafts a cited response from knowledge-base retrieval. A deterministic tripwire can only raise severity, and P1 tickets go directly to a person.</w:t>
      </w:r>
    </w:p>
    <w:p>
      <w:pPr>
        <w:pStyle w:val="ListBullet"/>
        <w:widowControl/>
      </w:pPr>
      <w:r>
        <w:t>Eight review gates, including checks for missing citations and exposed personal information. Each run records its routing decision, and nothing sends automatically.</w:t>
      </w:r>
    </w:p>
    <w:p>
      <w:pPr>
        <w:pStyle w:val="ListBullet"/>
        <w:widowControl/>
      </w:pPr>
      <w:r>
        <w:t>101 automated regression tests against the workflow code. On a 12-ticket hand-labeled evaluation set, the first run scored 58 percent; after hardening it scored 12 of 12 with every P1 ticket escalated.</w:t>
      </w:r>
    </w:p>
    <w:p>
      <w:pPr>
        <w:pStyle w:val="Heading2"/>
        <w:widowControl/>
      </w:pPr>
      <w:r>
        <w:t>logic2ableton</w:t>
      </w:r>
    </w:p>
    <w:p>
      <w:pPr>
        <w:widowControl/>
      </w:pPr>
      <w:r>
        <w:rPr>
          <w:sz w:val="18"/>
        </w:rPr>
        <w:t>Open-source DAW project converter | Python, Electron | github.com/Evilander/logic2ableton</w:t>
      </w:r>
    </w:p>
    <w:p>
      <w:pPr>
        <w:pStyle w:val="ListBullet"/>
        <w:widowControl/>
      </w:pPr>
      <w:r>
        <w:t>Reverse-engineered Logic Pro's undocumented binary project format to extract note-accurate MIDI (pitch, velocity, position, duration), verified against Apple's own shipping demo songs. Also reads Pro Tools' obfuscated .ptx session container.</w:t>
      </w:r>
    </w:p>
    <w:p>
      <w:pPr>
        <w:pStyle w:val="ListBullet"/>
        <w:widowControl/>
      </w:pPr>
      <w:r>
        <w:t>Converts in six directions across Logic Pro, Ableton Live, and Pro Tools, and every run writes a report of what transferred and what did not. Published on PyPI with an Electron desktop app; 423 automated tests with CI on Windows and macOS.</w:t>
      </w:r>
    </w:p>
    <w:p>
      <w:pPr>
        <w:pStyle w:val="Heading2"/>
        <w:widowControl/>
      </w:pPr>
      <w:r>
        <w:t>Audrey</w:t>
      </w:r>
    </w:p>
    <w:p>
      <w:pPr>
        <w:widowControl/>
      </w:pPr>
      <w:r>
        <w:rPr>
          <w:sz w:val="18"/>
        </w:rPr>
        <w:t>Open-source memory for AI coding agents | Node.js, SQLite | github.com/Evilander/Audrey</w:t>
      </w:r>
    </w:p>
    <w:p>
      <w:pPr>
        <w:pStyle w:val="ListBullet"/>
        <w:widowControl/>
      </w:pPr>
      <w:r>
        <w:t>MCP server that gives coding agents durable memory across sessions: SQLite with vector and keyword retrieval, consolidation, and confidence decay. Hooks recall context before each prompt and check proposed shell commands against recorded failures before they run.</w:t>
      </w:r>
    </w:p>
    <w:p>
      <w:pPr>
        <w:pStyle w:val="ListBullet"/>
        <w:widowControl/>
      </w:pPr>
      <w:r>
        <w:t>Published on npm, PyPI, and the official MCP Registry, with CI on every change.</w:t>
      </w:r>
    </w:p>
    <w:p>
      <w:pPr>
        <w:pStyle w:val="Heading1"/>
        <w:widowControl/>
      </w:pPr>
      <w:r>
        <w:t>Earlier Experience</w:t>
      </w:r>
    </w:p>
    <w:p>
      <w:pPr>
        <w:pStyle w:val="Heading2"/>
        <w:widowControl/>
      </w:pPr>
      <w:r>
        <w:t>Coding Teacher | Griggsville-Perry High School; Liberty Jr. High &amp; High School</w:t>
      </w:r>
    </w:p>
    <w:p>
      <w:pPr>
        <w:widowControl/>
      </w:pPr>
      <w:r>
        <w:rPr>
          <w:sz w:val="18"/>
        </w:rPr>
        <w:t>2022 - 2023; 2019 - 2021</w:t>
      </w:r>
    </w:p>
    <w:p>
      <w:pPr>
        <w:widowControl/>
      </w:pPr>
      <w:r>
        <w:t>Built curriculum and taught coding across two Illinois school districts. Explained technical concepts to learners with no programming background.</w:t>
      </w:r>
    </w:p>
    <w:p>
      <w:pPr>
        <w:pStyle w:val="Heading2"/>
        <w:widowControl/>
      </w:pPr>
      <w:r>
        <w:t>Owner &amp; Technician | Independent IT Business</w:t>
      </w:r>
    </w:p>
    <w:p>
      <w:pPr>
        <w:widowControl/>
      </w:pPr>
      <w:r>
        <w:rPr>
          <w:sz w:val="18"/>
        </w:rPr>
        <w:t>2010 - 2020</w:t>
      </w:r>
    </w:p>
    <w:p>
      <w:pPr>
        <w:widowControl/>
      </w:pPr>
      <w:r>
        <w:t>Ran a local IT business for a decade: networks, server and workstation builds, repairs, and ongoing support for homes and small businesses.</w:t>
      </w:r>
    </w:p>
    <w:p>
      <w:pPr>
        <w:pStyle w:val="Heading2"/>
        <w:widowControl/>
      </w:pPr>
      <w:r>
        <w:t>QA Analyst | PIGSquad</w:t>
      </w:r>
    </w:p>
    <w:p>
      <w:pPr>
        <w:widowControl/>
      </w:pPr>
      <w:r>
        <w:rPr>
          <w:sz w:val="18"/>
        </w:rPr>
        <w:t>2017</w:t>
      </w:r>
    </w:p>
    <w:p>
      <w:pPr>
        <w:widowControl/>
      </w:pPr>
      <w:r>
        <w:t>Tested indie game builds and wrote reproducible bug reports for developers.</w:t>
      </w:r>
    </w:p>
    <w:p>
      <w:pPr>
        <w:pStyle w:val="Heading1"/>
        <w:widowControl/>
      </w:pPr>
      <w:r>
        <w:t>Education</w:t>
      </w:r>
    </w:p>
    <w:p>
      <w:pPr>
        <w:widowControl/>
      </w:pPr>
      <w:r>
        <w:t>M.S., Computer Science (Software Engineering) | University of Illinois | 2022</w:t>
      </w:r>
    </w:p>
    <w:p>
      <w:pPr>
        <w:widowControl/>
      </w:pPr>
      <w:r>
        <w:t>B.A., English | Western Illinois University | 2014</w:t>
      </w:r>
    </w:p>
    <w:p>
      <w:pPr>
        <w:pStyle w:val="Heading1"/>
        <w:widowControl/>
      </w:pPr>
      <w:r>
        <w:t>Certifications</w:t>
      </w:r>
    </w:p>
    <w:p>
      <w:pPr>
        <w:widowControl/>
      </w:pPr>
      <w:r>
        <w:t>Google IT Automation with Python Professional Certificate</w:t>
      </w:r>
    </w:p>
    <w:p>
      <w:pPr>
        <w:widowControl/>
      </w:pPr>
      <w:r>
        <w:t>Google IT Support Professional Certificate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Tyler Eveland - AI Process Engineer</dc:title>
  <dc:subject/>
  <dc:creator>Tyler Eveland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